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 ולמה הסיפור המשפחתי שלי חשוב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מורשת ומה מרכיב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חפצים, מתכונים ושמות כסיפור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לריאיון עם בן או בת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דברים שעוברים מדור לדור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מתכון של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ללמוד על הסיפור שלו ולשמור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מה זו מורשת במילים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משפחה יש מורשת משלה, לא משנה כמה כסף יש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לפעמים שם המשפחה קשור למקצוע, מקום או סיפור היסטורי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בדף התיאור של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הם יכולים לספר סיפורים וזיכרונות מהעבר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מתכון יכול לשאת סיפור וזיכרון חשובים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ריאיון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משפחתי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(הוראות הכנה של מאכל)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(שיחת שאלות ותשובות)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(עובר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(מנהג חוזר כל 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(קבוצת אנשים מאותה תקופה)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צופים בסרטון הקצר על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חושבים מהי מורשת במילים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חפץ מתכון או שם לבדיקה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מכינים שאלות לריאיון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מראיינים בן או בת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פריט משפחתי אחד ויסביר בקצרה מה הסיפור שלו ולמה הוא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יבחר בן משפחה ויסביר מה היה רוצה ללמוד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 שאלות הקשורות לזיכרונות ילדות מנהגים או אירועים משפחתיים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בסיסית של מורשת כדבר שעובר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אישית רלוונטית מחיי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משמעותית המקושרת לזיכרון או סיפור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הסרטון בכיתה לפני חלוקת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דוגמה אישית מהמשפחה שלהם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הריאיון יכולה להינתן כעבודת בית להמשך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 ולמה הסיפור המשפחתי שלי חשוב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הרעיונות מהסרטון הקצר על מורשת משפחתית ועל חשיבות הסיפור האישי של כל משפחה.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דברים שעוברים מדור לדור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אוכל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מהבאים יכול להיות חלק מהמורשת המשפחתית?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מתכון של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הטלפון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תאריך של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של קיר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סצנות יש בסרטון שבדף?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של ריאיון עם בן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על הסיפור שלו ולשמור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אותו במבחן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איתו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שאלה מתאימה לשאול אחרי צפייה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זו מורשת במילים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השעה עכשיו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איזה צבע אני אוהב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יש בארוחת צהריים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היא דבר שקיים רק אצל משפחות עשירות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משפחה יכול לספר סיפור על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להפעיל קריינות בסרטון אם יש קול בעברית במכשיר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ריאיון עם סבא או סבתא הוא דרך טובה ללמוד על המורשת המשפחתית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מתכון ישן של המשפחה הוא תמיד חסר חשיבות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מורשת היא דברים שעוברים מדור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שיחה שבה שואלים שאלות כדי ללמוד על מישהו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מנהג שחוזר כל שנה במשפחה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הוראות להכנת מאכל נקראות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הסרטון בדף מספר על מסע אל הסיפור של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חפץ עם סיפור וחשיבות במשפחה נקרא חפץ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קבוצת אנשים מאותה תקופה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מנהג חוזר כל 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שיחת שאלות ותשובות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עובר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הוראות הכנה של מאכל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חפץ מתכון או שם לבדיקה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צופים בסרטון הקצר על מורשת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מראיינים בן או בת 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מהי מורשת במילים שלנו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שאלות לריאיון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חפץ, מתכון או שם במשפחה שלכם שיש לו 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את מי במשפחה הייתם רוצים לראיין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שלוש שאלות שהייתם שואלים בריאיון משפחתי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מורשת במילים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לדבר שעובר במשפחה שלכם מדור לדור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השאלה החשובה ביותר שהייתם שואלים בן משפחה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מהי מורשת ולמה הסיפור המשפחתי שלי חשוב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