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ולמה הסיפור המשפחתי שלי חשוב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מורשת ומה מרכיב אותה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חפצים, מתכונים ושמות כסיפור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לריאיון עם בן או בת משפחה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דברים שעוברים מדור לדור במשפחה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מתכון של סבתא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12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ללמוד על הסיפור שלו ולשמור עליו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מה זו מורשת במילים שלי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לכל משפחה יש מורשת משלה, לא משנה כמה כסף יש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לפעמים שם המשפחה קשור למקצוע, מקום או סיפור היסטורי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כתוב בדף התיאור של הסרטון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הם יכולים לספר סיפורים וזיכרונות מהעבר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מתכון יכול לשאת סיפור וזיכרון חשובים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מסורת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משפחתי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(הוראות הכנה של מאכל)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(שיחת שאלות ותשובות)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(עובר מדור לדור)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(מנהג חוזר כל שנה)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(קבוצת אנשים מאותה תקופה)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צופים בסרטון הקצר על מורשת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חושבים מהי מורשת במילים 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בוחרים חפץ מתכון או שם לבדיקה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מכינים שאלות לריאיון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מראיינים בן או בת 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פריט משפחתי אחד ויסביר בקצרה מה הסיפור שלו ולמה הוא חשוב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יבחר בן משפחה ויסביר מה היה רוצה ללמוד ממנו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שלוש שאלות הקשורות לזיכרונות ילדות מנהגים או אירועים משפחתיים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בסיסית של מורשת כדבר שעובר מדור לדור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אישית רלוונטית מחיי התלמיד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משמעותית המקושרת לזיכרון או סיפור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להקרין את הסרטון בכיתה לפני חלוקת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דוגמה אישית מהמשפחה שלהם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משימת הריאיון יכולה להינתן כעבודת בית להמשך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מהי מורשת ולמה הסיפור המשפחתי שלי חשוב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מה זה מורשת. נדבר על המשפחה שלנו ועל דברים שעוברים מדור לדור.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דברים שעוברים מדור לדור במשפחה או בעם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קבוצת אנשים שנולדו בערך באותה תקופה, כמו סבים, הורים, 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ריאיון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שיחה שבה שואלים שאלות כדי ללמוד על מישהו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מסורת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 או דרך פעולה שחוזרים עליה שנה אחרי 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חפץ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שיש לו סיפור וחשיבות במשפחה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מתכון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הוראות להכנת מאכל, לפעמים עובר מדור לדור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סיפור משפחתי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על אירוע או אדם במשפחה שמספרים שוב ושוב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המילה מורשת אומרת?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דברים שעוברים מדור לדור במשפחה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משחק מחשב 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שיעור בבית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סוג של אוכל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שייך למורשת משפחתית?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מתכון של סבתא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מספר הטלפון של חבר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תאריך של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צבע של קיר בכיתה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חלקים יש בסרטון?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20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עושים ריאיון עם המשפחה?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ללמוד על הסיפור שלו ולשמור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לבדוק אותו במבחן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לשחק איתו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אותו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אילו שאלות שואלים אחרי הסרטון?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מה זו מורשת במילים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 השעה עכשיו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איזה צבע אני אוהב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 יש בארוחת צהריים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מורשת היא דבר שקיים רק אצל משפחות עשירות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משפחה יכול לספר סיפור על המשפחה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להפעיל קריינות בסרטון אם יש קול בעברית במכשיר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ריאיון עם סבא או סבתא הוא דרך טובה ללמוד על המורשת המשפחתית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מתכון ישן של המשפחה הוא תמיד חסר חשיבות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מורשת היא דברים שעוברים מדור ל__________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שיחה שבה שואלים שאלות כדי ללמוד על מישהו נקראת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מנהג שחוזר כל שנה במשפחה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הוראות להכנת מאכל נקראות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הסרטון בדף מספר על מסע אל הסיפור של ה__________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חפץ עם סיפור וחשיבות במשפחה נקרא חפץ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מתכון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קבוצת אנשים מאותה תקופה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ריאיון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עובר מדור לדור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מורשת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שיחת שאלות ותשובות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מסורת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הוראות הכנה של מאכל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דור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מנהג חוזר כל שנה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מראיינים בן או בת 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מכינים שאלות לריאיון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חושבים מהי מורשת במילים שלנו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חפץ מתכון או שם לבדיקה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צופים בסרטון הקצר על מורשת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ספרו על חפץ, מתכון או שם במשפחה שלכם שיש לו סיפור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את מי במשפחה הייתם רוצים לראיין ולמה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שלוש שאלות שהייתם שואלים בריאיון משפחתי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מורשת במילים שלכם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שעובר במשפחה שלכם מדור לדור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השאלה החשובה ביותר שהייתם שואלים בן משפחה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מהי מורשת ולמה הסיפור המשפחתי שלי חשוב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