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ולמה הסיפור המשפחתי שלי חשוב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מרכיב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חפצים, מתכונים ושמות כסיפור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לריאיון עם בן או בת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דברים שעוברים מדור לדור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מתכון של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יש מורשת משלה, לא משנה כמה כסף יש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שם המשפחה קשור למקצוע, מקום או סיפור היסטורי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(הוראות הכנה של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(שיחת שאלות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(מנהג חוזר כל 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בסרטון הקצר על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מהי מורשת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חפץ מתכון או שם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שאלות לריאיון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פריט משפחתי אחד ויסביר בקצרה מה הסיפור שלו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בן משפחה ויסביר מה היה רוצה ללמוד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מורשת כדבר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מחיי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משמעותית המקושרת לזיכרון או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בכיתה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דוגמה אישית מהמשפחה שלהם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הריאיון יכולה להינתן כעבודת בית להמשך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ולמה הסיפור המשפחתי שלי חשוב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הרעיונות מהסרטון הקצר על מורשת משפחתית ועל חשיבות הסיפור האישי של כל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מסורת  ·  דור  ·  ריאיון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דברים שעוברים מדור לדור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יכול להיות חלק מהמורשת המשפחתית?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הטלפון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תאריך של משחק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היא דבר שקיים רק אצל משפחות עשירות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משפחה יכול לספר סיפור על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היא דברים שעוברים מדור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שיחה שבה שואלים שאלות כדי ללמוד על מישהו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מנהג שחוזר כל שנה במשפחה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שיחת שאלות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מנהג חוזר כל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הוראות הכנה של מאכל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שאלות לריאיון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בסרטון הקצר על מורשת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מהי מורשת במילים 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חפץ מתכון או שם לבדיקה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חפץ, מתכון או שם במשפחה שלכם שיש לו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 מי במשפחה הייתם רוצים לראיין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מורשת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שעובר במשפחה שלכם מדור לדור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ולמה הסיפור המשפחתי שלי חשוב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